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E2E57" w14:textId="30AE19A1" w:rsidR="00064376" w:rsidRPr="00E63E52" w:rsidRDefault="001910B6" w:rsidP="00310D70">
      <w:pPr>
        <w:pStyle w:val="Default"/>
        <w:spacing w:line="700" w:lineRule="exact"/>
        <w:jc w:val="center"/>
        <w:rPr>
          <w:rFonts w:ascii="Times New Roman" w:eastAsia="小标宋" w:hAnsi="Times New Roman" w:cs="Times New Roman"/>
          <w:bCs/>
          <w:sz w:val="44"/>
          <w:szCs w:val="44"/>
        </w:rPr>
      </w:pPr>
      <w:r>
        <w:rPr>
          <w:rFonts w:ascii="Times New Roman" w:eastAsia="小标宋" w:hAnsi="Times New Roman" w:cs="Times New Roman" w:hint="eastAsia"/>
          <w:bCs/>
          <w:sz w:val="44"/>
          <w:szCs w:val="44"/>
        </w:rPr>
        <w:t>湘潭大学</w:t>
      </w:r>
      <w:r w:rsidR="00762EF6" w:rsidRPr="00E63E52">
        <w:rPr>
          <w:rFonts w:ascii="Times New Roman" w:eastAsia="小标宋" w:hAnsi="Times New Roman" w:cs="Times New Roman"/>
          <w:bCs/>
          <w:sz w:val="44"/>
          <w:szCs w:val="44"/>
        </w:rPr>
        <w:t>研究生诚信复试承诺书</w:t>
      </w:r>
    </w:p>
    <w:p w14:paraId="05D489B7" w14:textId="77777777" w:rsidR="00B87C5E" w:rsidRPr="00D225C8" w:rsidRDefault="00B87C5E" w:rsidP="00B87C5E">
      <w:pPr>
        <w:spacing w:after="0"/>
        <w:ind w:firstLineChars="200" w:firstLine="560"/>
        <w:rPr>
          <w:rFonts w:ascii="Times New Roman" w:eastAsia="仿宋_GB2312" w:hAnsi="Times New Roman" w:cs="Times New Roman"/>
          <w:sz w:val="28"/>
          <w:szCs w:val="28"/>
          <w:lang w:eastAsia="zh-CN"/>
        </w:rPr>
      </w:pPr>
    </w:p>
    <w:p w14:paraId="1D772022" w14:textId="5BE49D5D" w:rsidR="000B072F" w:rsidRDefault="00762EF6" w:rsidP="00D225C8">
      <w:pPr>
        <w:spacing w:after="0" w:line="560" w:lineRule="exact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  <w:lang w:eastAsia="zh-CN"/>
        </w:rPr>
      </w:pP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本人是参加</w:t>
      </w:r>
      <w:r w:rsidR="00310D70">
        <w:rPr>
          <w:rFonts w:ascii="Times New Roman" w:eastAsia="仿宋_GB2312" w:hAnsi="Times New Roman" w:cs="Times New Roman" w:hint="eastAsia"/>
          <w:sz w:val="32"/>
          <w:szCs w:val="32"/>
          <w:u w:val="single"/>
          <w:lang w:eastAsia="zh-CN"/>
        </w:rPr>
        <w:t xml:space="preserve"> </w:t>
      </w:r>
      <w:r w:rsidR="00BC16C9">
        <w:rPr>
          <w:rFonts w:ascii="Times New Roman" w:eastAsia="仿宋_GB2312" w:hAnsi="Times New Roman" w:cs="Times New Roman" w:hint="eastAsia"/>
          <w:sz w:val="32"/>
          <w:szCs w:val="32"/>
          <w:u w:val="single"/>
          <w:lang w:eastAsia="zh-CN"/>
        </w:rPr>
        <w:t>2026</w:t>
      </w:r>
      <w:r w:rsidR="00310D70">
        <w:rPr>
          <w:rFonts w:ascii="Times New Roman" w:eastAsia="仿宋_GB2312" w:hAnsi="Times New Roman" w:cs="Times New Roman" w:hint="eastAsia"/>
          <w:sz w:val="32"/>
          <w:szCs w:val="32"/>
          <w:u w:val="single"/>
          <w:lang w:eastAsia="zh-CN"/>
        </w:rPr>
        <w:t xml:space="preserve"> 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年全国硕士研究生招生考试的考生，已认真阅读《</w:t>
      </w:r>
      <w:r w:rsidR="00BC16C9">
        <w:rPr>
          <w:rFonts w:ascii="Times New Roman" w:eastAsia="仿宋_GB2312" w:hAnsi="Times New Roman" w:cs="Times New Roman" w:hint="eastAsia"/>
          <w:sz w:val="32"/>
          <w:szCs w:val="32"/>
          <w:u w:val="single"/>
          <w:lang w:eastAsia="zh-CN"/>
        </w:rPr>
        <w:t>2026</w:t>
      </w:r>
      <w:r w:rsidR="00310D70" w:rsidRPr="00310D70">
        <w:rPr>
          <w:rFonts w:ascii="Times New Roman" w:eastAsia="仿宋_GB2312" w:hAnsi="Times New Roman" w:cs="Times New Roman" w:hint="eastAsia"/>
          <w:sz w:val="32"/>
          <w:szCs w:val="32"/>
          <w:u w:val="single"/>
          <w:lang w:eastAsia="zh-CN"/>
        </w:rPr>
        <w:t xml:space="preserve"> 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年全国硕士研究生招生工作管理规定》《国家教育考试违规处理办法》</w:t>
      </w:r>
      <w:r w:rsidR="000B072F"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《</w:t>
      </w:r>
      <w:r w:rsidR="000B072F" w:rsidRPr="000B072F"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湘潭大学</w:t>
      </w:r>
      <w:r w:rsidR="00BC16C9">
        <w:rPr>
          <w:rFonts w:ascii="Times New Roman" w:eastAsia="仿宋_GB2312" w:hAnsi="Times New Roman" w:cs="Times New Roman" w:hint="eastAsia"/>
          <w:sz w:val="32"/>
          <w:szCs w:val="32"/>
          <w:u w:val="single"/>
          <w:lang w:eastAsia="zh-CN"/>
        </w:rPr>
        <w:t>2026</w:t>
      </w:r>
      <w:r w:rsidR="00310D70">
        <w:rPr>
          <w:rFonts w:ascii="Times New Roman" w:eastAsia="仿宋_GB2312" w:hAnsi="Times New Roman" w:cs="Times New Roman" w:hint="eastAsia"/>
          <w:sz w:val="32"/>
          <w:szCs w:val="32"/>
          <w:u w:val="single"/>
          <w:lang w:eastAsia="zh-CN"/>
        </w:rPr>
        <w:t xml:space="preserve"> </w:t>
      </w:r>
      <w:r w:rsidR="000B072F" w:rsidRPr="000B072F">
        <w:rPr>
          <w:rFonts w:ascii="Times New Roman" w:eastAsia="仿宋_GB2312" w:hAnsi="Times New Roman" w:cs="Times New Roman"/>
          <w:sz w:val="32"/>
          <w:szCs w:val="32"/>
          <w:lang w:eastAsia="zh-CN"/>
        </w:rPr>
        <w:t>年硕士研究生复试录取工作</w:t>
      </w:r>
      <w:r w:rsidR="00310D70"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通知</w:t>
      </w:r>
      <w:r w:rsidR="000B072F"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》等有关规定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。</w:t>
      </w:r>
    </w:p>
    <w:p w14:paraId="45B3D73F" w14:textId="59870952" w:rsidR="00064376" w:rsidRPr="00D225C8" w:rsidRDefault="00762EF6" w:rsidP="00D225C8">
      <w:pPr>
        <w:spacing w:after="0" w:line="560" w:lineRule="exact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  <w:lang w:eastAsia="zh-CN"/>
        </w:rPr>
      </w:pP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我已清楚了解</w:t>
      </w:r>
      <w:r w:rsidR="000B072F"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：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《中华人民共和国刑法》第二百八十四条</w:t>
      </w:r>
      <w:r w:rsidR="005A2ED4"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之一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规定</w:t>
      </w:r>
      <w:r w:rsidR="00D13E60"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：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“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法律规定的国家考试中，组织作弊的行为</w:t>
      </w:r>
      <w:r w:rsidR="00DD2E09">
        <w:rPr>
          <w:rFonts w:ascii="Times New Roman" w:eastAsia="仿宋_GB2312" w:hAnsi="Times New Roman" w:cs="Times New Roman"/>
          <w:sz w:val="32"/>
          <w:szCs w:val="32"/>
          <w:lang w:eastAsia="zh-CN"/>
        </w:rPr>
        <w:t>；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为他人实施组织作弊提供作弊器材或者其他帮助的行为</w:t>
      </w:r>
      <w:r w:rsidR="00DD2E09">
        <w:rPr>
          <w:rFonts w:ascii="Times New Roman" w:eastAsia="仿宋_GB2312" w:hAnsi="Times New Roman" w:cs="Times New Roman"/>
          <w:sz w:val="32"/>
          <w:szCs w:val="32"/>
          <w:lang w:eastAsia="zh-CN"/>
        </w:rPr>
        <w:t>；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为实施考试作弊行为，向他人非法出售或者提供考试的试题、答案的行为</w:t>
      </w:r>
      <w:r w:rsidR="00D13E60"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；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代替他人或者让他人代替自己参加考试的行为都将触犯刑法。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”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《国家教育考试违规处理办法》第十六条第二款规定</w:t>
      </w:r>
      <w:r w:rsidR="00D13E60"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：</w:t>
      </w:r>
      <w:r w:rsidR="002F6005"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“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盗窃、损毁、传播在保密期限内的国家教育考试试题、答案及评分参考答卷、考试成绩的，由有关部门依法追究有关人员的责任</w:t>
      </w:r>
      <w:r w:rsidR="00DD2E09">
        <w:rPr>
          <w:rFonts w:ascii="Times New Roman" w:eastAsia="仿宋_GB2312" w:hAnsi="Times New Roman" w:cs="Times New Roman"/>
          <w:sz w:val="32"/>
          <w:szCs w:val="32"/>
          <w:lang w:eastAsia="zh-CN"/>
        </w:rPr>
        <w:t>；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构</w:t>
      </w:r>
      <w:r w:rsidR="00B87C5E"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成犯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罪的，由</w:t>
      </w:r>
      <w:r w:rsidR="00B87C5E"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司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法机关依法追究刑事责任。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”</w:t>
      </w:r>
    </w:p>
    <w:p w14:paraId="1F555458" w14:textId="22C7D339" w:rsidR="00064376" w:rsidRPr="00D225C8" w:rsidRDefault="00762EF6" w:rsidP="00D225C8">
      <w:pPr>
        <w:spacing w:after="0" w:line="560" w:lineRule="exact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  <w:lang w:eastAsia="zh-CN"/>
        </w:rPr>
      </w:pP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本人了解并理解</w:t>
      </w:r>
      <w:r w:rsidR="000B072F"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湘潭</w:t>
      </w:r>
      <w:r w:rsidR="001723F5">
        <w:rPr>
          <w:rFonts w:ascii="Times New Roman" w:eastAsia="仿宋_GB2312" w:hAnsi="Times New Roman" w:cs="Times New Roman"/>
          <w:sz w:val="32"/>
          <w:szCs w:val="32"/>
          <w:lang w:eastAsia="zh-CN"/>
        </w:rPr>
        <w:t>大学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关于研究生复试的相关规定并郑重</w:t>
      </w:r>
      <w:r w:rsidR="000B072F" w:rsidRPr="00D225C8"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做出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如下承诺：</w:t>
      </w:r>
    </w:p>
    <w:p w14:paraId="2791803F" w14:textId="7AC35F41" w:rsidR="00064376" w:rsidRPr="000B072F" w:rsidRDefault="00762EF6" w:rsidP="000B072F">
      <w:pPr>
        <w:spacing w:line="500" w:lineRule="exact"/>
        <w:ind w:firstLineChars="200" w:firstLine="640"/>
        <w:jc w:val="both"/>
        <w:rPr>
          <w:rFonts w:ascii="仿宋" w:eastAsia="仿宋" w:hAnsi="仿宋" w:cs="仿宋" w:hint="eastAsia"/>
          <w:b/>
          <w:spacing w:val="15"/>
          <w:sz w:val="32"/>
          <w:szCs w:val="32"/>
          <w:u w:val="single"/>
          <w:lang w:eastAsia="zh-CN" w:bidi="ar"/>
        </w:rPr>
      </w:pP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1</w:t>
      </w:r>
      <w:r w:rsidR="00DD2E09">
        <w:rPr>
          <w:rFonts w:ascii="Times New Roman" w:eastAsia="仿宋_GB2312" w:hAnsi="Times New Roman" w:cs="Times New Roman"/>
          <w:sz w:val="32"/>
          <w:szCs w:val="32"/>
          <w:lang w:eastAsia="zh-CN"/>
        </w:rPr>
        <w:t>．</w:t>
      </w:r>
      <w:r w:rsidR="000B072F">
        <w:rPr>
          <w:rFonts w:ascii="仿宋" w:eastAsia="仿宋" w:hAnsi="仿宋" w:cs="仿宋" w:hint="eastAsia"/>
          <w:b/>
          <w:spacing w:val="15"/>
          <w:sz w:val="32"/>
          <w:szCs w:val="32"/>
          <w:u w:val="single"/>
          <w:lang w:eastAsia="zh-CN"/>
        </w:rPr>
        <w:t>保证本人所提交的报考信息、证件及其他复试材料真实、准确。因</w:t>
      </w:r>
      <w:r w:rsidR="000B072F">
        <w:rPr>
          <w:rFonts w:ascii="仿宋" w:eastAsia="仿宋" w:hAnsi="仿宋" w:cs="仿宋" w:hint="eastAsia"/>
          <w:b/>
          <w:spacing w:val="15"/>
          <w:sz w:val="32"/>
          <w:szCs w:val="32"/>
          <w:u w:val="single"/>
          <w:lang w:eastAsia="zh-CN" w:bidi="ar"/>
        </w:rPr>
        <w:t>信息误填、错填，导致不能复试、录取，以及入学后不能进行学籍注册的，遗留问题由考生本人负责。对弄虚作假者，将按照《国家教育考试违规处理办法》《普通高等学校招生违规行为处理暂行办法》严肃处理。</w:t>
      </w:r>
    </w:p>
    <w:p w14:paraId="13F1C748" w14:textId="54923D42" w:rsidR="00064376" w:rsidRPr="00D225C8" w:rsidRDefault="00762EF6" w:rsidP="00D225C8">
      <w:pPr>
        <w:spacing w:after="0" w:line="560" w:lineRule="exact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  <w:lang w:eastAsia="zh-CN"/>
        </w:rPr>
      </w:pP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lastRenderedPageBreak/>
        <w:t>2</w:t>
      </w:r>
      <w:r w:rsidR="00DD2E09">
        <w:rPr>
          <w:rFonts w:ascii="Times New Roman" w:eastAsia="仿宋_GB2312" w:hAnsi="Times New Roman" w:cs="Times New Roman"/>
          <w:sz w:val="32"/>
          <w:szCs w:val="32"/>
          <w:lang w:eastAsia="zh-CN"/>
        </w:rPr>
        <w:t>．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自觉服从</w:t>
      </w:r>
      <w:r w:rsidR="000B072F"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湘潭</w:t>
      </w:r>
      <w:r w:rsidR="001723F5">
        <w:rPr>
          <w:rFonts w:ascii="Times New Roman" w:eastAsia="仿宋_GB2312" w:hAnsi="Times New Roman" w:cs="Times New Roman"/>
          <w:sz w:val="32"/>
          <w:szCs w:val="32"/>
          <w:lang w:eastAsia="zh-CN"/>
        </w:rPr>
        <w:t>大学</w:t>
      </w:r>
      <w:r w:rsidR="003749B9"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及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学院的安排，接受校方的管理、监督和检查。</w:t>
      </w:r>
    </w:p>
    <w:p w14:paraId="3D76D931" w14:textId="77777777" w:rsidR="00064376" w:rsidRPr="00D225C8" w:rsidRDefault="00762EF6" w:rsidP="00D225C8">
      <w:pPr>
        <w:spacing w:after="0" w:line="560" w:lineRule="exact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  <w:lang w:eastAsia="zh-CN"/>
        </w:rPr>
      </w:pP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3</w:t>
      </w:r>
      <w:r w:rsidR="00DD2E09">
        <w:rPr>
          <w:rFonts w:ascii="Times New Roman" w:eastAsia="仿宋_GB2312" w:hAnsi="Times New Roman" w:cs="Times New Roman"/>
          <w:sz w:val="32"/>
          <w:szCs w:val="32"/>
          <w:lang w:eastAsia="zh-CN"/>
        </w:rPr>
        <w:t>．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自觉遵守相关法律和考试纪律、复试规则，诚信复试，不违纪、作弊。</w:t>
      </w:r>
    </w:p>
    <w:p w14:paraId="137703F2" w14:textId="77777777" w:rsidR="00064376" w:rsidRPr="00D225C8" w:rsidRDefault="00762EF6" w:rsidP="00D225C8">
      <w:pPr>
        <w:spacing w:after="0" w:line="560" w:lineRule="exact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  <w:lang w:eastAsia="zh-CN"/>
        </w:rPr>
      </w:pP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4</w:t>
      </w:r>
      <w:r w:rsidR="00DD2E09">
        <w:rPr>
          <w:rFonts w:ascii="Times New Roman" w:eastAsia="仿宋_GB2312" w:hAnsi="Times New Roman" w:cs="Times New Roman"/>
          <w:sz w:val="32"/>
          <w:szCs w:val="32"/>
          <w:lang w:eastAsia="zh-CN"/>
        </w:rPr>
        <w:t>．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保证复试过程不录音录像，不保存和传播复试有关内容。</w:t>
      </w:r>
    </w:p>
    <w:p w14:paraId="57DF17E8" w14:textId="77777777" w:rsidR="00064376" w:rsidRPr="00D225C8" w:rsidRDefault="00762EF6" w:rsidP="00D225C8">
      <w:pPr>
        <w:spacing w:after="0" w:line="560" w:lineRule="exact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  <w:lang w:eastAsia="zh-CN"/>
        </w:rPr>
      </w:pP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5</w:t>
      </w:r>
      <w:r w:rsidR="00DD2E09">
        <w:rPr>
          <w:rFonts w:ascii="Times New Roman" w:eastAsia="仿宋_GB2312" w:hAnsi="Times New Roman" w:cs="Times New Roman"/>
          <w:sz w:val="32"/>
          <w:szCs w:val="32"/>
          <w:lang w:eastAsia="zh-CN"/>
        </w:rPr>
        <w:t>．</w:t>
      </w: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保证本次复试过程中不传谣、不造谣、不信谣。</w:t>
      </w:r>
    </w:p>
    <w:p w14:paraId="64186950" w14:textId="10B2FF96" w:rsidR="001723F5" w:rsidRDefault="00762EF6" w:rsidP="000B072F">
      <w:pPr>
        <w:spacing w:after="0" w:line="560" w:lineRule="exact"/>
        <w:ind w:firstLineChars="200" w:firstLine="640"/>
        <w:jc w:val="both"/>
        <w:rPr>
          <w:rFonts w:ascii="Times New Roman" w:eastAsia="仿宋_GB2312" w:hAnsi="Times New Roman" w:cs="Times New Roman"/>
          <w:sz w:val="24"/>
          <w:szCs w:val="24"/>
          <w:lang w:eastAsia="zh-CN"/>
        </w:rPr>
      </w:pPr>
      <w:r w:rsidRPr="00D225C8">
        <w:rPr>
          <w:rFonts w:ascii="Times New Roman" w:eastAsia="仿宋_GB2312" w:hAnsi="Times New Roman" w:cs="Times New Roman"/>
          <w:sz w:val="32"/>
          <w:szCs w:val="32"/>
          <w:lang w:eastAsia="zh-CN"/>
        </w:rPr>
        <w:t>若本人违背上述各项承诺，本人自愿承担由此造成的一切后果，</w:t>
      </w:r>
      <w:r w:rsidR="000B072F" w:rsidRPr="000B072F"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自愿服从考试组织管理部门根据国家有关规定所作出的处罚决定。</w:t>
      </w:r>
    </w:p>
    <w:p w14:paraId="1743D79C" w14:textId="20B33658" w:rsidR="001723F5" w:rsidRPr="000B072F" w:rsidRDefault="001723F5" w:rsidP="00B87C5E">
      <w:pPr>
        <w:spacing w:after="0" w:line="360" w:lineRule="auto"/>
        <w:ind w:right="1320" w:firstLineChars="200" w:firstLine="480"/>
        <w:jc w:val="right"/>
        <w:rPr>
          <w:rFonts w:ascii="Times New Roman" w:eastAsia="仿宋_GB2312" w:hAnsi="Times New Roman" w:cs="Times New Roman"/>
          <w:sz w:val="24"/>
          <w:szCs w:val="24"/>
          <w:lang w:eastAsia="zh-CN"/>
        </w:rPr>
      </w:pPr>
    </w:p>
    <w:p w14:paraId="16388A10" w14:textId="12155537" w:rsidR="001723F5" w:rsidRPr="001723F5" w:rsidRDefault="001723F5" w:rsidP="005506F7">
      <w:pPr>
        <w:spacing w:after="0" w:line="600" w:lineRule="auto"/>
        <w:ind w:right="418" w:firstLineChars="200" w:firstLine="640"/>
        <w:jc w:val="right"/>
        <w:rPr>
          <w:rFonts w:ascii="Times New Roman" w:eastAsia="仿宋_GB2312" w:hAnsi="Times New Roman" w:cs="Times New Roman"/>
          <w:sz w:val="32"/>
          <w:szCs w:val="32"/>
          <w:lang w:eastAsia="zh-CN"/>
        </w:rPr>
      </w:pPr>
    </w:p>
    <w:p w14:paraId="5772EACF" w14:textId="38EA0708" w:rsidR="001723F5" w:rsidRPr="001723F5" w:rsidRDefault="001723F5" w:rsidP="005506F7">
      <w:pPr>
        <w:spacing w:after="0" w:line="600" w:lineRule="auto"/>
        <w:ind w:right="418" w:firstLineChars="200" w:firstLine="640"/>
        <w:jc w:val="right"/>
        <w:rPr>
          <w:rFonts w:ascii="Times New Roman" w:eastAsia="仿宋_GB2312" w:hAnsi="Times New Roman" w:cs="Times New Roman"/>
          <w:sz w:val="32"/>
          <w:szCs w:val="32"/>
          <w:lang w:eastAsia="zh-CN"/>
        </w:rPr>
      </w:pPr>
      <w:r w:rsidRPr="001723F5"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本人签字：</w:t>
      </w:r>
      <w:r>
        <w:rPr>
          <w:rFonts w:ascii="宋体" w:eastAsia="宋体" w:hAnsi="宋体" w:cs="Times New Roman" w:hint="eastAsia"/>
          <w:sz w:val="32"/>
          <w:szCs w:val="32"/>
          <w:lang w:eastAsia="zh-CN"/>
        </w:rPr>
        <w:t>____________</w:t>
      </w:r>
    </w:p>
    <w:p w14:paraId="233D1A1E" w14:textId="471276AD" w:rsidR="001723F5" w:rsidRPr="001723F5" w:rsidRDefault="001723F5" w:rsidP="005506F7">
      <w:pPr>
        <w:spacing w:after="0" w:line="600" w:lineRule="auto"/>
        <w:ind w:right="418" w:firstLineChars="200" w:firstLine="640"/>
        <w:jc w:val="right"/>
        <w:rPr>
          <w:rFonts w:ascii="Times New Roman" w:eastAsia="仿宋_GB2312" w:hAnsi="Times New Roman" w:cs="Times New Roman"/>
          <w:sz w:val="32"/>
          <w:szCs w:val="32"/>
          <w:lang w:eastAsia="zh-CN"/>
        </w:rPr>
      </w:pPr>
      <w:r w:rsidRPr="001723F5"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日</w:t>
      </w:r>
      <w:r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  <w:lang w:eastAsia="zh-CN"/>
        </w:rPr>
        <w:t xml:space="preserve">       </w:t>
      </w:r>
      <w:r w:rsidRPr="001723F5">
        <w:rPr>
          <w:rFonts w:ascii="Times New Roman" w:eastAsia="仿宋_GB2312" w:hAnsi="Times New Roman" w:cs="Times New Roman" w:hint="eastAsia"/>
          <w:sz w:val="32"/>
          <w:szCs w:val="32"/>
          <w:lang w:eastAsia="zh-CN"/>
        </w:rPr>
        <w:t>期：</w:t>
      </w:r>
      <w:r>
        <w:rPr>
          <w:rFonts w:ascii="宋体" w:eastAsia="宋体" w:hAnsi="宋体" w:cs="Times New Roman" w:hint="eastAsia"/>
          <w:sz w:val="32"/>
          <w:szCs w:val="32"/>
          <w:lang w:eastAsia="zh-CN"/>
        </w:rPr>
        <w:t>____________</w:t>
      </w:r>
    </w:p>
    <w:p w14:paraId="000E6D4F" w14:textId="77777777" w:rsidR="00B87C5E" w:rsidRPr="00D225C8" w:rsidRDefault="00B87C5E">
      <w:pPr>
        <w:spacing w:after="560" w:line="360" w:lineRule="auto"/>
        <w:ind w:right="480" w:firstLineChars="200" w:firstLine="480"/>
        <w:jc w:val="right"/>
        <w:rPr>
          <w:rFonts w:ascii="Times New Roman" w:eastAsia="仿宋_GB2312" w:hAnsi="Times New Roman" w:cs="Times New Roman"/>
          <w:sz w:val="24"/>
          <w:szCs w:val="24"/>
          <w:lang w:eastAsia="zh-CN"/>
        </w:rPr>
      </w:pPr>
    </w:p>
    <w:sectPr w:rsidR="00B87C5E" w:rsidRPr="00D225C8" w:rsidSect="00EE7D22">
      <w:footerReference w:type="default" r:id="rId8"/>
      <w:pgSz w:w="12240" w:h="15840"/>
      <w:pgMar w:top="1440" w:right="1800" w:bottom="1440" w:left="1800" w:header="720" w:footer="720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24208" w14:textId="77777777" w:rsidR="00E22268" w:rsidRDefault="00E22268" w:rsidP="00B87C5E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A479F2C" w14:textId="77777777" w:rsidR="00E22268" w:rsidRDefault="00E22268" w:rsidP="00B87C5E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小标宋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6013505"/>
      <w:docPartObj>
        <w:docPartGallery w:val="Page Numbers (Bottom of Page)"/>
        <w:docPartUnique/>
      </w:docPartObj>
    </w:sdtPr>
    <w:sdtEndPr>
      <w:rPr>
        <w:rFonts w:ascii="宋体" w:eastAsia="宋体" w:hAnsi="宋体" w:cs="Times New Roman"/>
        <w:sz w:val="24"/>
        <w:szCs w:val="24"/>
      </w:rPr>
    </w:sdtEndPr>
    <w:sdtContent>
      <w:p w14:paraId="62C7365A" w14:textId="77777777" w:rsidR="003749B9" w:rsidRPr="00C32F3E" w:rsidRDefault="003749B9">
        <w:pPr>
          <w:pStyle w:val="a7"/>
          <w:jc w:val="center"/>
          <w:rPr>
            <w:rFonts w:ascii="宋体" w:eastAsia="宋体" w:hAnsi="宋体" w:cs="Times New Roman" w:hint="eastAsia"/>
            <w:sz w:val="24"/>
            <w:szCs w:val="24"/>
          </w:rPr>
        </w:pPr>
        <w:r w:rsidRPr="00C32F3E">
          <w:rPr>
            <w:rFonts w:ascii="宋体" w:eastAsia="宋体" w:hAnsi="宋体" w:cs="Times New Roman"/>
            <w:sz w:val="24"/>
            <w:szCs w:val="24"/>
          </w:rPr>
          <w:fldChar w:fldCharType="begin"/>
        </w:r>
        <w:r w:rsidRPr="00C32F3E">
          <w:rPr>
            <w:rFonts w:ascii="宋体" w:eastAsia="宋体" w:hAnsi="宋体" w:cs="Times New Roman"/>
            <w:sz w:val="24"/>
            <w:szCs w:val="24"/>
          </w:rPr>
          <w:instrText>PAGE   \* MERGEFORMAT</w:instrText>
        </w:r>
        <w:r w:rsidRPr="00C32F3E">
          <w:rPr>
            <w:rFonts w:ascii="宋体" w:eastAsia="宋体" w:hAnsi="宋体" w:cs="Times New Roman"/>
            <w:sz w:val="24"/>
            <w:szCs w:val="24"/>
          </w:rPr>
          <w:fldChar w:fldCharType="separate"/>
        </w:r>
        <w:r w:rsidR="009957EF" w:rsidRPr="009957EF">
          <w:rPr>
            <w:rFonts w:ascii="宋体" w:eastAsia="宋体" w:hAnsi="宋体" w:cs="Times New Roman"/>
            <w:noProof/>
            <w:sz w:val="24"/>
            <w:szCs w:val="24"/>
            <w:lang w:val="zh-CN" w:eastAsia="zh-CN"/>
          </w:rPr>
          <w:t>-</w:t>
        </w:r>
        <w:r w:rsidR="009957EF">
          <w:rPr>
            <w:rFonts w:ascii="宋体" w:eastAsia="宋体" w:hAnsi="宋体" w:cs="Times New Roman"/>
            <w:noProof/>
            <w:sz w:val="24"/>
            <w:szCs w:val="24"/>
          </w:rPr>
          <w:t xml:space="preserve"> 1 -</w:t>
        </w:r>
        <w:r w:rsidRPr="00C32F3E">
          <w:rPr>
            <w:rFonts w:ascii="宋体" w:eastAsia="宋体" w:hAnsi="宋体" w:cs="Times New Roman"/>
            <w:sz w:val="24"/>
            <w:szCs w:val="24"/>
          </w:rPr>
          <w:fldChar w:fldCharType="end"/>
        </w:r>
      </w:p>
    </w:sdtContent>
  </w:sdt>
  <w:p w14:paraId="0F7D17AE" w14:textId="77777777" w:rsidR="003749B9" w:rsidRDefault="003749B9">
    <w:pPr>
      <w:pStyle w:val="a7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05E72" w14:textId="77777777" w:rsidR="00E22268" w:rsidRDefault="00E22268" w:rsidP="00B87C5E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33D20A7" w14:textId="77777777" w:rsidR="00E22268" w:rsidRDefault="00E22268" w:rsidP="00B87C5E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47347774">
    <w:abstractNumId w:val="8"/>
  </w:num>
  <w:num w:numId="2" w16cid:durableId="126051566">
    <w:abstractNumId w:val="6"/>
  </w:num>
  <w:num w:numId="3" w16cid:durableId="519397565">
    <w:abstractNumId w:val="5"/>
  </w:num>
  <w:num w:numId="4" w16cid:durableId="1692219278">
    <w:abstractNumId w:val="4"/>
  </w:num>
  <w:num w:numId="5" w16cid:durableId="1093234895">
    <w:abstractNumId w:val="7"/>
  </w:num>
  <w:num w:numId="6" w16cid:durableId="1192110003">
    <w:abstractNumId w:val="3"/>
  </w:num>
  <w:num w:numId="7" w16cid:durableId="1317303437">
    <w:abstractNumId w:val="2"/>
  </w:num>
  <w:num w:numId="8" w16cid:durableId="934753044">
    <w:abstractNumId w:val="1"/>
  </w:num>
  <w:num w:numId="9" w16cid:durableId="771585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4376"/>
    <w:rsid w:val="000836FC"/>
    <w:rsid w:val="000A5E89"/>
    <w:rsid w:val="000B072F"/>
    <w:rsid w:val="000C398A"/>
    <w:rsid w:val="0012041F"/>
    <w:rsid w:val="0015074B"/>
    <w:rsid w:val="001723F5"/>
    <w:rsid w:val="001910B6"/>
    <w:rsid w:val="001E3849"/>
    <w:rsid w:val="001F12A1"/>
    <w:rsid w:val="00250ECD"/>
    <w:rsid w:val="0029639D"/>
    <w:rsid w:val="002C6EF1"/>
    <w:rsid w:val="002F6005"/>
    <w:rsid w:val="003007D3"/>
    <w:rsid w:val="00310D70"/>
    <w:rsid w:val="00314588"/>
    <w:rsid w:val="00326F90"/>
    <w:rsid w:val="003749B9"/>
    <w:rsid w:val="00414633"/>
    <w:rsid w:val="004E3DA9"/>
    <w:rsid w:val="00522C22"/>
    <w:rsid w:val="00524329"/>
    <w:rsid w:val="005274E8"/>
    <w:rsid w:val="005506F7"/>
    <w:rsid w:val="005A2ED4"/>
    <w:rsid w:val="006732E0"/>
    <w:rsid w:val="00676607"/>
    <w:rsid w:val="006A359A"/>
    <w:rsid w:val="006D4683"/>
    <w:rsid w:val="006D56EB"/>
    <w:rsid w:val="00723D94"/>
    <w:rsid w:val="00762EF6"/>
    <w:rsid w:val="00775014"/>
    <w:rsid w:val="00791D9E"/>
    <w:rsid w:val="008A3D40"/>
    <w:rsid w:val="00961349"/>
    <w:rsid w:val="00967C69"/>
    <w:rsid w:val="009957EF"/>
    <w:rsid w:val="009B60F9"/>
    <w:rsid w:val="009E4064"/>
    <w:rsid w:val="00A464B2"/>
    <w:rsid w:val="00AA1D8D"/>
    <w:rsid w:val="00B025DC"/>
    <w:rsid w:val="00B05B70"/>
    <w:rsid w:val="00B163E5"/>
    <w:rsid w:val="00B439AD"/>
    <w:rsid w:val="00B44176"/>
    <w:rsid w:val="00B47730"/>
    <w:rsid w:val="00B547B4"/>
    <w:rsid w:val="00B87C5E"/>
    <w:rsid w:val="00BC16C9"/>
    <w:rsid w:val="00C32F3E"/>
    <w:rsid w:val="00CB0664"/>
    <w:rsid w:val="00CD732A"/>
    <w:rsid w:val="00D13E60"/>
    <w:rsid w:val="00D225C8"/>
    <w:rsid w:val="00D32C25"/>
    <w:rsid w:val="00D81031"/>
    <w:rsid w:val="00DD2E09"/>
    <w:rsid w:val="00E22268"/>
    <w:rsid w:val="00E63E52"/>
    <w:rsid w:val="00E90268"/>
    <w:rsid w:val="00EA145C"/>
    <w:rsid w:val="00EE7D22"/>
    <w:rsid w:val="00F21B88"/>
    <w:rsid w:val="00F91107"/>
    <w:rsid w:val="00FA090F"/>
    <w:rsid w:val="00FC693F"/>
    <w:rsid w:val="00FF2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E05A19A"/>
  <w15:docId w15:val="{CECEF028-BD87-4FA7-B7FE-0800D8763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微软雅黑" w:eastAsia="微软雅黑" w:hAnsi="微软雅黑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rsid w:val="00B44176"/>
    <w:pPr>
      <w:widowControl w:val="0"/>
      <w:autoSpaceDE w:val="0"/>
      <w:autoSpaceDN w:val="0"/>
      <w:adjustRightInd w:val="0"/>
      <w:spacing w:after="0" w:line="240" w:lineRule="auto"/>
    </w:pPr>
    <w:rPr>
      <w:rFonts w:ascii="微软雅黑" w:hAnsi="微软雅黑" w:cs="微软雅黑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6A975AE-4C97-43C8-AFFE-EB6F9C343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363</Words>
  <Characters>375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Administrator</cp:lastModifiedBy>
  <cp:revision>5</cp:revision>
  <dcterms:created xsi:type="dcterms:W3CDTF">2024-03-20T06:34:00Z</dcterms:created>
  <dcterms:modified xsi:type="dcterms:W3CDTF">2026-03-10T08:24:00Z</dcterms:modified>
  <cp:category/>
</cp:coreProperties>
</file>